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00" w:line="276" w:lineRule="auto"/>
        <w:jc w:val="center"/>
      </w:pPr>
      <w:r>
        <w:rPr>
          <w:b/>
          <w:i w:val="0"/>
          <w:sz w:val="32"/>
        </w:rPr>
        <w:t>Title of the Paper in Title Case (Times New Roman, 16 pt, Bold)</w:t>
      </w:r>
    </w:p>
    <w:p>
      <w:pPr>
        <w:spacing w:after="40" w:line="276" w:lineRule="auto"/>
        <w:jc w:val="center"/>
      </w:pPr>
      <w:r>
        <w:rPr>
          <w:b/>
          <w:i w:val="0"/>
          <w:sz w:val="22"/>
        </w:rPr>
        <w:t>First Author¹, Second Author², Third Author³</w:t>
      </w:r>
    </w:p>
    <w:p>
      <w:pPr>
        <w:spacing w:after="0" w:line="276" w:lineRule="auto"/>
        <w:jc w:val="center"/>
      </w:pPr>
      <w:r>
        <w:rPr>
          <w:b w:val="0"/>
          <w:i/>
          <w:sz w:val="20"/>
        </w:rPr>
        <w:t>¹Designation, Department, Institution, City, Country</w:t>
      </w:r>
    </w:p>
    <w:p>
      <w:pPr>
        <w:spacing w:after="0" w:line="276" w:lineRule="auto"/>
        <w:jc w:val="center"/>
      </w:pPr>
      <w:r>
        <w:rPr>
          <w:b w:val="0"/>
          <w:i/>
          <w:sz w:val="20"/>
        </w:rPr>
        <w:t>²Designation, Department, Institution, City, Country</w:t>
      </w:r>
    </w:p>
    <w:p>
      <w:pPr>
        <w:spacing w:after="0" w:line="276" w:lineRule="auto"/>
        <w:jc w:val="center"/>
      </w:pPr>
      <w:r>
        <w:rPr>
          <w:b w:val="0"/>
          <w:i/>
          <w:sz w:val="20"/>
        </w:rPr>
        <w:t>³Designation, Department, Institution, City, Country</w:t>
      </w:r>
    </w:p>
    <w:p>
      <w:pPr>
        <w:spacing w:after="240" w:line="276" w:lineRule="auto"/>
        <w:jc w:val="center"/>
      </w:pPr>
      <w:r>
        <w:rPr>
          <w:b w:val="0"/>
          <w:i w:val="0"/>
          <w:sz w:val="20"/>
        </w:rPr>
        <w:t>Corresponding author: name, email address (in lower case)</w:t>
      </w:r>
    </w:p>
    <w:p>
      <w:r>
        <w:rPr>
          <w:b/>
        </w:rPr>
        <w:t xml:space="preserve">Abstract: </w:t>
      </w:r>
      <w:r>
        <w:rPr>
          <w:i/>
        </w:rPr>
        <w:t>Write an abstract of 150–300 words in sentence case. State the purpose of the study, the method used, the main findings and the conclusion. Do not include references, tables or abbreviations that are not explained.</w:t>
      </w:r>
    </w:p>
    <w:p>
      <w:r>
        <w:rPr>
          <w:b/>
        </w:rPr>
        <w:t xml:space="preserve">Keywords: </w:t>
      </w:r>
      <w:r>
        <w:t>Keyword one, Keyword two, Keyword three, Keyword four (4 to 6 keywords)</w:t>
      </w:r>
    </w:p>
    <w:p>
      <w:pPr>
        <w:spacing w:after="80" w:line="276" w:lineRule="auto"/>
      </w:pPr>
      <w:r>
        <w:rPr>
          <w:b/>
          <w:i w:val="0"/>
          <w:color w:val="0D2C6C"/>
          <w:sz w:val="24"/>
        </w:rPr>
        <w:t>1. Introduction</w:t>
      </w:r>
    </w:p>
    <w:p>
      <w:pPr>
        <w:spacing w:after="120" w:line="276" w:lineRule="auto"/>
        <w:jc w:val="both"/>
      </w:pPr>
      <w:r>
        <w:rPr>
          <w:b w:val="0"/>
          <w:i w:val="0"/>
          <w:sz w:val="22"/>
        </w:rPr>
        <w:t>Introduce the topic, explain why it matters and state the objectives of the study. Body text is Times New Roman, 11 pt, justified, with 1.15 line spacing.</w:t>
      </w:r>
    </w:p>
    <w:p>
      <w:pPr>
        <w:spacing w:after="80" w:line="276" w:lineRule="auto"/>
      </w:pPr>
      <w:r>
        <w:rPr>
          <w:b/>
          <w:i w:val="0"/>
          <w:color w:val="0D2C6C"/>
          <w:sz w:val="24"/>
        </w:rPr>
        <w:t>2. Review of Literature</w:t>
      </w:r>
    </w:p>
    <w:p>
      <w:pPr>
        <w:spacing w:after="120" w:line="276" w:lineRule="auto"/>
        <w:jc w:val="both"/>
      </w:pPr>
      <w:r>
        <w:rPr>
          <w:b w:val="0"/>
          <w:i w:val="0"/>
          <w:sz w:val="22"/>
        </w:rPr>
        <w:t>Summarise earlier research relevant to your study and identify the gap your work addresses. Cite sources in APA 7th edition style, for example (Sharma &amp; Gupta, 2024).</w:t>
      </w:r>
    </w:p>
    <w:p>
      <w:pPr>
        <w:spacing w:after="80" w:line="276" w:lineRule="auto"/>
      </w:pPr>
      <w:r>
        <w:rPr>
          <w:b/>
          <w:i w:val="0"/>
          <w:color w:val="0D2C6C"/>
          <w:sz w:val="24"/>
        </w:rPr>
        <w:t>3. Research Methodology</w:t>
      </w:r>
    </w:p>
    <w:p>
      <w:pPr>
        <w:spacing w:after="120" w:line="276" w:lineRule="auto"/>
        <w:jc w:val="both"/>
      </w:pPr>
      <w:r>
        <w:rPr>
          <w:b w:val="0"/>
          <w:i w:val="0"/>
          <w:sz w:val="22"/>
        </w:rPr>
        <w:t>Describe the research design, sample, data sources, tools and methods of analysis in enough detail for others to repeat the study.</w:t>
      </w:r>
    </w:p>
    <w:p>
      <w:pPr>
        <w:spacing w:after="80" w:line="276" w:lineRule="auto"/>
      </w:pPr>
      <w:r>
        <w:rPr>
          <w:b/>
          <w:i w:val="0"/>
          <w:color w:val="0D2C6C"/>
          <w:sz w:val="24"/>
        </w:rPr>
        <w:t>4. Results and Discussion</w:t>
      </w:r>
    </w:p>
    <w:p>
      <w:pPr>
        <w:spacing w:after="120" w:line="276" w:lineRule="auto"/>
        <w:jc w:val="both"/>
      </w:pPr>
      <w:r>
        <w:rPr>
          <w:b w:val="0"/>
          <w:i w:val="0"/>
          <w:sz w:val="22"/>
        </w:rPr>
        <w:t>Present the findings with tables and figures, and discuss what they mean in relation to earlier research.</w:t>
      </w:r>
    </w:p>
    <w:p>
      <w:pPr>
        <w:spacing w:after="120" w:line="276" w:lineRule="auto"/>
        <w:jc w:val="center"/>
      </w:pPr>
      <w:r>
        <w:rPr>
          <w:b/>
          <w:i w:val="0"/>
          <w:sz w:val="20"/>
        </w:rPr>
        <w:t>Table 1: Title of the table (above the table)</w:t>
      </w:r>
    </w:p>
    <w:tbl>
      <w:tblPr>
        <w:tblStyle w:val="TableGrid"/>
        <w:tblW w:type="auto" w:w="0"/>
        <w:tblLook w:firstColumn="1" w:firstRow="1" w:lastColumn="0" w:lastRow="0" w:noHBand="0" w:noVBand="1" w:val="04A0"/>
      </w:tblPr>
      <w:tblGrid>
        <w:gridCol w:w="3120"/>
        <w:gridCol w:w="3120"/>
        <w:gridCol w:w="3120"/>
      </w:tblGrid>
      <w:tr>
        <w:tc>
          <w:tcPr>
            <w:tcW w:type="dxa" w:w="3120"/>
          </w:tcPr>
          <w:p>
            <w:r>
              <w:rPr>
                <w:b/>
              </w:rPr>
              <w:t>Variable</w:t>
            </w:r>
          </w:p>
        </w:tc>
        <w:tc>
          <w:tcPr>
            <w:tcW w:type="dxa" w:w="3120"/>
          </w:tcPr>
          <w:p>
            <w:r>
              <w:rPr>
                <w:b/>
              </w:rPr>
              <w:t>Group A</w:t>
            </w:r>
          </w:p>
        </w:tc>
        <w:tc>
          <w:tcPr>
            <w:tcW w:type="dxa" w:w="3120"/>
          </w:tcPr>
          <w:p>
            <w:r>
              <w:rPr>
                <w:b/>
              </w:rPr>
              <w:t>Group B</w:t>
            </w:r>
          </w:p>
        </w:tc>
      </w:tr>
      <w:tr>
        <w:tc>
          <w:tcPr>
            <w:tcW w:type="dxa" w:w="3120"/>
          </w:tcPr>
          <w:p>
            <w:r>
              <w:t>Item 1</w:t>
            </w:r>
          </w:p>
        </w:tc>
        <w:tc>
          <w:tcPr>
            <w:tcW w:type="dxa" w:w="3120"/>
          </w:tcPr>
          <w:p>
            <w:r>
              <w:t>00</w:t>
            </w:r>
          </w:p>
        </w:tc>
        <w:tc>
          <w:tcPr>
            <w:tcW w:type="dxa" w:w="3120"/>
          </w:tcPr>
          <w:p>
            <w:r>
              <w:t>00</w:t>
            </w:r>
          </w:p>
        </w:tc>
      </w:tr>
      <w:tr>
        <w:tc>
          <w:tcPr>
            <w:tcW w:type="dxa" w:w="3120"/>
          </w:tcPr>
          <w:p>
            <w:r>
              <w:t>Item 2</w:t>
            </w:r>
          </w:p>
        </w:tc>
        <w:tc>
          <w:tcPr>
            <w:tcW w:type="dxa" w:w="3120"/>
          </w:tcPr>
          <w:p>
            <w:r>
              <w:t>00</w:t>
            </w:r>
          </w:p>
        </w:tc>
        <w:tc>
          <w:tcPr>
            <w:tcW w:type="dxa" w:w="3120"/>
          </w:tcPr>
          <w:p>
            <w:r>
              <w:t>00</w:t>
            </w:r>
          </w:p>
        </w:tc>
      </w:tr>
    </w:tbl>
    <w:p>
      <w:pPr>
        <w:spacing w:after="200" w:line="276" w:lineRule="auto"/>
      </w:pPr>
      <w:r>
        <w:rPr>
          <w:b w:val="0"/>
          <w:i/>
          <w:sz w:val="18"/>
        </w:rPr>
        <w:t>Source: Author's compilation</w:t>
      </w:r>
    </w:p>
    <w:p>
      <w:pPr>
        <w:spacing w:after="40" w:line="276" w:lineRule="auto"/>
        <w:jc w:val="center"/>
      </w:pPr>
      <w:r>
        <w:rPr>
          <w:b w:val="0"/>
          <w:i/>
          <w:sz w:val="20"/>
        </w:rPr>
        <w:t>[Insert figure here, at least 300 dpi]</w:t>
      </w:r>
    </w:p>
    <w:p>
      <w:pPr>
        <w:spacing w:after="200" w:line="276" w:lineRule="auto"/>
        <w:jc w:val="center"/>
      </w:pPr>
      <w:r>
        <w:rPr>
          <w:b/>
          <w:i w:val="0"/>
          <w:sz w:val="20"/>
        </w:rPr>
        <w:t>Figure 1: Title of the figure (below the figure)</w:t>
      </w:r>
    </w:p>
    <w:p>
      <w:pPr>
        <w:spacing w:after="80" w:line="276" w:lineRule="auto"/>
      </w:pPr>
      <w:r>
        <w:rPr>
          <w:b/>
          <w:i w:val="0"/>
          <w:color w:val="0D2C6C"/>
          <w:sz w:val="24"/>
        </w:rPr>
        <w:t>5. Conclusion</w:t>
      </w:r>
    </w:p>
    <w:p>
      <w:pPr>
        <w:spacing w:after="120" w:line="276" w:lineRule="auto"/>
        <w:jc w:val="both"/>
      </w:pPr>
      <w:r>
        <w:rPr>
          <w:b w:val="0"/>
          <w:i w:val="0"/>
          <w:sz w:val="22"/>
        </w:rPr>
        <w:t>Summarise the main findings, their implications, the limitations of the study and the scope for future research.</w:t>
      </w:r>
    </w:p>
    <w:p>
      <w:pPr>
        <w:spacing w:after="80" w:line="276" w:lineRule="auto"/>
      </w:pPr>
      <w:r>
        <w:rPr>
          <w:b/>
          <w:i w:val="0"/>
          <w:color w:val="0D2C6C"/>
          <w:sz w:val="24"/>
        </w:rPr>
        <w:t>Acknowledgement (optional)</w:t>
      </w:r>
    </w:p>
    <w:p>
      <w:pPr>
        <w:spacing w:after="120" w:line="276" w:lineRule="auto"/>
        <w:jc w:val="both"/>
      </w:pPr>
      <w:r>
        <w:rPr>
          <w:b w:val="0"/>
          <w:i w:val="0"/>
          <w:sz w:val="22"/>
        </w:rPr>
        <w:t>Thank people or organisations who supported the work.</w:t>
      </w:r>
    </w:p>
    <w:p>
      <w:pPr>
        <w:spacing w:after="80" w:line="276" w:lineRule="auto"/>
      </w:pPr>
      <w:r>
        <w:rPr>
          <w:b/>
          <w:i w:val="0"/>
          <w:color w:val="0D2C6C"/>
          <w:sz w:val="24"/>
        </w:rPr>
        <w:t>Conflict of Interest</w:t>
      </w:r>
    </w:p>
    <w:p>
      <w:pPr>
        <w:spacing w:after="120" w:line="276" w:lineRule="auto"/>
        <w:jc w:val="both"/>
      </w:pPr>
      <w:r>
        <w:rPr>
          <w:b w:val="0"/>
          <w:i w:val="0"/>
          <w:sz w:val="22"/>
        </w:rPr>
        <w:t>The authors declare that they have no conflict of interest.</w:t>
      </w:r>
    </w:p>
    <w:p>
      <w:pPr>
        <w:spacing w:after="80" w:line="276" w:lineRule="auto"/>
      </w:pPr>
      <w:r>
        <w:rPr>
          <w:b/>
          <w:i w:val="0"/>
          <w:color w:val="0D2C6C"/>
          <w:sz w:val="24"/>
        </w:rPr>
        <w:t>References</w:t>
      </w:r>
    </w:p>
    <w:p>
      <w:pPr>
        <w:spacing w:after="60" w:line="276" w:lineRule="auto"/>
        <w:ind w:left="576" w:hanging="576"/>
        <w:jc w:val="left"/>
      </w:pPr>
      <w:r>
        <w:rPr>
          <w:b w:val="0"/>
          <w:i w:val="0"/>
          <w:sz w:val="20"/>
        </w:rPr>
        <w:t>Kumar, S. (2022). Title of the book (2nd ed.). Publisher.</w:t>
      </w:r>
    </w:p>
    <w:p>
      <w:pPr>
        <w:spacing w:after="60" w:line="276" w:lineRule="auto"/>
        <w:ind w:left="576" w:hanging="576"/>
        <w:jc w:val="left"/>
      </w:pPr>
      <w:r>
        <w:rPr>
          <w:b w:val="0"/>
          <w:i w:val="0"/>
          <w:sz w:val="20"/>
        </w:rPr>
        <w:t>Sharma, R., &amp; Gupta, A. (2024). Title of the article. Journal Name, 12(3), 45–60. https://doi.org/xx.xxxx</w:t>
      </w:r>
    </w:p>
    <w:p>
      <w:pPr>
        <w:spacing w:after="60" w:line="276" w:lineRule="auto"/>
        <w:ind w:left="576" w:hanging="576"/>
        <w:jc w:val="left"/>
      </w:pPr>
      <w:r>
        <w:rPr>
          <w:b w:val="0"/>
          <w:i w:val="0"/>
          <w:sz w:val="20"/>
        </w:rPr>
        <w:t>Ministry of Education. (2023). Title of the web page. https://www.example.gov.in</w:t>
      </w:r>
    </w:p>
    <w:sectPr w:rsidR="00FC693F" w:rsidRPr="0006063C" w:rsidSect="00034616">
      <w:headerReference w:type="default" r:id="rId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Times New Roman" w:hAnsi="Times New Roman"/>
        <w:color w:val="0D2C6C"/>
        <w:sz w:val="16"/>
      </w:rPr>
      <w:t>Bharat International Journal of Holistic Knowledge, Multidisciplinary Research &amp; Innovation (BIJHK)</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